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E8F1E" w14:textId="72BD64BD" w:rsidR="00B02CC6" w:rsidRPr="00CE02D8" w:rsidRDefault="00000000" w:rsidP="00CE02D8">
      <w:pPr>
        <w:spacing w:after="80"/>
        <w:jc w:val="center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第1回 くまもと県南・商談会（兼相談会） 参加申込書</w:t>
      </w:r>
    </w:p>
    <w:p w14:paraId="43A53ACE" w14:textId="77777777" w:rsidR="00B02CC6" w:rsidRPr="00CE02D8" w:rsidRDefault="00B02CC6">
      <w:pPr>
        <w:spacing w:after="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p w14:paraId="0D345C41" w14:textId="4DCAF4A1" w:rsidR="000B06FB" w:rsidRPr="00CE02D8" w:rsidRDefault="000B06FB">
      <w:pPr>
        <w:spacing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E02D8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１</w:t>
      </w:r>
      <w:r w:rsidR="000D0033" w:rsidRPr="00CE02D8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</w:t>
      </w:r>
      <w:r w:rsidR="00AD7D8B" w:rsidRPr="00CE02D8">
        <w:rPr>
          <w:rFonts w:asciiTheme="majorEastAsia" w:eastAsiaTheme="majorEastAsia" w:hAnsiTheme="majorEastAsia" w:hint="eastAsia"/>
          <w:sz w:val="24"/>
          <w:szCs w:val="24"/>
          <w:lang w:eastAsia="ja-JP"/>
        </w:rPr>
        <w:t>開催</w:t>
      </w:r>
      <w:r w:rsidR="000D0033" w:rsidRPr="00CE02D8">
        <w:rPr>
          <w:rFonts w:asciiTheme="majorEastAsia" w:eastAsiaTheme="majorEastAsia" w:hAnsiTheme="majorEastAsia" w:hint="eastAsia"/>
          <w:sz w:val="24"/>
          <w:szCs w:val="24"/>
          <w:lang w:eastAsia="ja-JP"/>
        </w:rPr>
        <w:t>概要</w:t>
      </w:r>
    </w:p>
    <w:p w14:paraId="14953AE6" w14:textId="77777777" w:rsidR="00CE02D8" w:rsidRPr="00CE02D8" w:rsidRDefault="000D0033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E02D8">
        <w:rPr>
          <w:rFonts w:asciiTheme="majorEastAsia" w:eastAsiaTheme="majorEastAsia" w:hAnsiTheme="majorEastAsia" w:hint="eastAsia"/>
          <w:sz w:val="24"/>
          <w:szCs w:val="24"/>
          <w:lang w:eastAsia="ja-JP"/>
        </w:rPr>
        <w:t>県南フードバレー会員の皆様の県内での販路開拓・拡大を目的に、県内バイヤーを招聘し、商談会を開催します。</w:t>
      </w:r>
    </w:p>
    <w:p w14:paraId="29E28AE5" w14:textId="598F3B49" w:rsidR="00CE02D8" w:rsidRDefault="000D0033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E02D8">
        <w:rPr>
          <w:rFonts w:asciiTheme="majorEastAsia" w:eastAsiaTheme="majorEastAsia" w:hAnsiTheme="majorEastAsia" w:hint="eastAsia"/>
          <w:sz w:val="24"/>
          <w:szCs w:val="24"/>
          <w:lang w:eastAsia="ja-JP"/>
        </w:rPr>
        <w:t>新規・継続取引のチャンスに加え、バイヤーから直接商品改良のアドバイスが受けられる貴重な機会です。自社商品をさらに展開したい事業者の皆様、ぜひご参加く</w:t>
      </w:r>
      <w:r w:rsidR="00CE02D8" w:rsidRPr="00CE02D8">
        <w:rPr>
          <w:rFonts w:asciiTheme="majorEastAsia" w:eastAsiaTheme="majorEastAsia" w:hAnsiTheme="majorEastAsia" w:hint="eastAsia"/>
          <w:sz w:val="24"/>
          <w:szCs w:val="24"/>
          <w:lang w:eastAsia="ja-JP"/>
        </w:rPr>
        <w:t>ださい。</w:t>
      </w:r>
    </w:p>
    <w:p w14:paraId="10510848" w14:textId="09F96712" w:rsidR="00CE02D8" w:rsidRDefault="00CE02D8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p w14:paraId="0758BB9F" w14:textId="4B457BCA" w:rsidR="00CE02D8" w:rsidRDefault="00CE02D8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　開催日時</w:t>
      </w:r>
    </w:p>
    <w:p w14:paraId="0C34812F" w14:textId="50AA9B66" w:rsidR="00CE02D8" w:rsidRDefault="00CE02D8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　２０２７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年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月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３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日（水） 午前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１０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時から</w:t>
      </w:r>
      <w:commentRangeStart w:id="0"/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午後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時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（</w:t>
      </w:r>
      <w:commentRangeEnd w:id="0"/>
      <w:r w:rsidR="005E4482">
        <w:rPr>
          <w:rStyle w:val="aff"/>
          <w:rFonts w:asciiTheme="majorEastAsia" w:eastAsiaTheme="majorEastAsia" w:hAnsiTheme="majorEastAsia" w:hint="eastAsia"/>
          <w:sz w:val="24"/>
          <w:szCs w:val="24"/>
          <w:lang w:eastAsia="ja-JP"/>
        </w:rPr>
        <w:commentReference w:id="0"/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予定）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まで</w:t>
      </w:r>
    </w:p>
    <w:p w14:paraId="69E7DB98" w14:textId="77777777" w:rsidR="00CE02D8" w:rsidRDefault="00CE02D8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p w14:paraId="7C74E087" w14:textId="6B5534AD" w:rsidR="00CE02D8" w:rsidRDefault="00CE02D8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３　開催場所</w:t>
      </w:r>
    </w:p>
    <w:p w14:paraId="34D0BDC1" w14:textId="0BDB416D" w:rsidR="00CE02D8" w:rsidRDefault="00CE02D8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　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ホワイトパレス（〒866-0883 熊本県八代市松江町290-1）</w:t>
      </w:r>
    </w:p>
    <w:p w14:paraId="0378A910" w14:textId="77777777" w:rsidR="00C3095B" w:rsidRDefault="00C3095B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p w14:paraId="14CE3769" w14:textId="5D4D1C5C" w:rsidR="00C3095B" w:rsidRDefault="00C3095B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４　申込期間</w:t>
      </w:r>
    </w:p>
    <w:p w14:paraId="0D1C784E" w14:textId="5847668D" w:rsidR="00C3095B" w:rsidRPr="00CE02D8" w:rsidRDefault="00C3095B" w:rsidP="00C3095B">
      <w:pPr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　</w:t>
      </w:r>
      <w:commentRangeStart w:id="1"/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２０２６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年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１０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月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２２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日（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木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）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から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２０２７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年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１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月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２２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日（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金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）</w:t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１７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時まで</w:t>
      </w:r>
      <w:commentRangeEnd w:id="1"/>
      <w:r w:rsidR="005E4482" w:rsidRPr="00CE02D8">
        <w:rPr>
          <w:rStyle w:val="aff"/>
          <w:rFonts w:asciiTheme="majorEastAsia" w:eastAsiaTheme="majorEastAsia" w:hAnsiTheme="majorEastAsia"/>
          <w:sz w:val="24"/>
          <w:szCs w:val="24"/>
          <w:lang w:eastAsia="ja-JP"/>
        </w:rPr>
        <w:commentReference w:id="1"/>
      </w:r>
    </w:p>
    <w:p w14:paraId="6EC7B315" w14:textId="77777777" w:rsidR="00CE02D8" w:rsidRPr="00C3095B" w:rsidRDefault="00CE02D8" w:rsidP="000D003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p w14:paraId="667CD1C0" w14:textId="5445EDBA" w:rsidR="005C22B3" w:rsidRPr="00CE02D8" w:rsidRDefault="00C3095B" w:rsidP="00CE02D8">
      <w:pPr>
        <w:spacing w:before="160" w:after="80"/>
        <w:rPr>
          <w:rFonts w:asciiTheme="majorEastAsia" w:eastAsiaTheme="majorEastAsia" w:hAnsiTheme="majorEastAsia"/>
          <w:bCs/>
          <w:color w:val="000000" w:themeColor="text1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５</w:t>
      </w:r>
      <w:r w:rsidR="00CE02D8" w:rsidRPr="00CE02D8">
        <w:rPr>
          <w:rFonts w:asciiTheme="majorEastAsia" w:eastAsiaTheme="majorEastAsia" w:hAnsiTheme="majorEastAsia" w:hint="eastAsia"/>
          <w:color w:val="000000" w:themeColor="text1"/>
          <w:sz w:val="24"/>
          <w:szCs w:val="24"/>
          <w:lang w:eastAsia="ja-JP"/>
        </w:rPr>
        <w:t xml:space="preserve">　</w:t>
      </w:r>
      <w:r w:rsidR="00CE02D8">
        <w:rPr>
          <w:rFonts w:asciiTheme="majorEastAsia" w:eastAsiaTheme="majorEastAsia" w:hAnsiTheme="majorEastAsia" w:hint="eastAsia"/>
          <w:bCs/>
          <w:color w:val="000000" w:themeColor="text1"/>
          <w:sz w:val="24"/>
          <w:lang w:eastAsia="ja-JP"/>
        </w:rPr>
        <w:t>貴社（貴団体）情報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502"/>
        <w:gridCol w:w="6138"/>
      </w:tblGrid>
      <w:tr w:rsidR="005C22B3" w:rsidRPr="00C3095B" w14:paraId="2F783038" w14:textId="77777777" w:rsidTr="00C3095B">
        <w:trPr>
          <w:trHeight w:val="445"/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879654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</w:rPr>
              <w:t>会社名（屋号）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9EFDB7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C22B3" w:rsidRPr="00C3095B" w14:paraId="28A7FAA3" w14:textId="77777777" w:rsidTr="00C3095B">
        <w:trPr>
          <w:trHeight w:val="1121"/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DEACE9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</w:rPr>
              <w:t>業態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9C34F1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t>□ 製造業　□ サービス業　□ 卸・商社　□ 小売業</w:t>
            </w: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br/>
              <w:t>□ 飲食店　□ 道の駅　□ 宿泊施設</w:t>
            </w: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br/>
              <w:t>□ その他（具体的に：________________________）</w:t>
            </w:r>
          </w:p>
        </w:tc>
      </w:tr>
      <w:tr w:rsidR="005C22B3" w:rsidRPr="00C3095B" w14:paraId="2795491C" w14:textId="77777777" w:rsidTr="00CE02D8">
        <w:trPr>
          <w:trHeight w:val="492"/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70712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</w:rPr>
              <w:t>自社HP URL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E71ECB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C22B3" w:rsidRPr="00C3095B" w14:paraId="1C801F50" w14:textId="77777777" w:rsidTr="00824E95">
        <w:trPr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227849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</w:rPr>
              <w:lastRenderedPageBreak/>
              <w:t>所在地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6D5C71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sz w:val="22"/>
              </w:rPr>
              <w:t>〒（　　　 - 　　　）</w:t>
            </w:r>
            <w:r w:rsidRPr="00C3095B">
              <w:rPr>
                <w:rFonts w:asciiTheme="majorEastAsia" w:eastAsiaTheme="majorEastAsia" w:hAnsiTheme="majorEastAsia"/>
                <w:sz w:val="22"/>
              </w:rPr>
              <w:br/>
              <w:t>住所：</w:t>
            </w:r>
          </w:p>
        </w:tc>
      </w:tr>
      <w:tr w:rsidR="005C22B3" w:rsidRPr="00C3095B" w14:paraId="201229BC" w14:textId="77777777" w:rsidTr="00824E95">
        <w:trPr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3E05BE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</w:rPr>
              <w:t>ご担当者様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7B203C" w14:textId="77777777" w:rsidR="00CE02D8" w:rsidRPr="00C3095B" w:rsidRDefault="005C22B3" w:rsidP="00CE02D8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t>部署・課：____________________</w:t>
            </w:r>
          </w:p>
          <w:p w14:paraId="386F4761" w14:textId="48B87C08" w:rsidR="005C22B3" w:rsidRPr="00C3095B" w:rsidRDefault="005C22B3" w:rsidP="00CE02D8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t>役職：____________________</w:t>
            </w: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br/>
              <w:t>氏名：________________________</w:t>
            </w:r>
          </w:p>
        </w:tc>
      </w:tr>
      <w:tr w:rsidR="005C22B3" w:rsidRPr="00C3095B" w14:paraId="55B9964E" w14:textId="77777777" w:rsidTr="00824E95">
        <w:trPr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D7CE6F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</w:rPr>
              <w:t>連絡先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1780EB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t>電話番号：____________________</w:t>
            </w: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br/>
              <w:t>メールアドレス：____________________</w:t>
            </w:r>
          </w:p>
        </w:tc>
      </w:tr>
      <w:tr w:rsidR="005C22B3" w:rsidRPr="00C3095B" w14:paraId="14068F72" w14:textId="77777777" w:rsidTr="00CE02D8">
        <w:trPr>
          <w:trHeight w:val="1189"/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C80D7F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  <w:t>同行者情報</w:t>
            </w:r>
            <w:r w:rsidRPr="00C3095B"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  <w:br/>
              <w:t>（複数名参加の場合）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BA8ED6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</w:rPr>
            </w:pP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t>※2人目以降の参加者様の【氏名・担当部署・役職等】をご記入ください。</w:t>
            </w:r>
            <w:r w:rsidRPr="00C3095B">
              <w:rPr>
                <w:rFonts w:asciiTheme="majorEastAsia" w:eastAsiaTheme="majorEastAsia" w:hAnsiTheme="majorEastAsia"/>
                <w:sz w:val="22"/>
                <w:lang w:eastAsia="ja-JP"/>
              </w:rPr>
              <w:br/>
            </w:r>
            <w:r w:rsidRPr="00C3095B">
              <w:rPr>
                <w:rFonts w:asciiTheme="majorEastAsia" w:eastAsiaTheme="majorEastAsia" w:hAnsiTheme="majorEastAsia"/>
                <w:sz w:val="22"/>
              </w:rPr>
              <w:t xml:space="preserve">1. </w:t>
            </w:r>
            <w:r w:rsidRPr="00C3095B">
              <w:rPr>
                <w:rFonts w:asciiTheme="majorEastAsia" w:eastAsiaTheme="majorEastAsia" w:hAnsiTheme="majorEastAsia"/>
                <w:sz w:val="22"/>
              </w:rPr>
              <w:br/>
              <w:t xml:space="preserve">2. </w:t>
            </w:r>
          </w:p>
        </w:tc>
      </w:tr>
      <w:tr w:rsidR="005C22B3" w:rsidRPr="00C3095B" w14:paraId="7B7F2105" w14:textId="77777777" w:rsidTr="00824E95">
        <w:trPr>
          <w:jc w:val="center"/>
        </w:trPr>
        <w:tc>
          <w:tcPr>
            <w:tcW w:w="2880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B9CAE0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C3095B"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  <w:t>企業概要・希望商材</w:t>
            </w:r>
            <w:r w:rsidRPr="00C3095B"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  <w:br/>
              <w:t>（50～100字程度）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A8D1A3" w14:textId="77777777" w:rsidR="005C22B3" w:rsidRPr="00C3095B" w:rsidRDefault="005C22B3" w:rsidP="00824E95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</w:tbl>
    <w:p w14:paraId="5722AF9B" w14:textId="77777777" w:rsidR="005C22B3" w:rsidRPr="00CE02D8" w:rsidRDefault="005C22B3" w:rsidP="005C22B3">
      <w:pPr>
        <w:spacing w:after="120"/>
        <w:rPr>
          <w:rFonts w:asciiTheme="majorEastAsia" w:eastAsiaTheme="majorEastAsia" w:hAnsiTheme="majorEastAsia"/>
          <w:lang w:eastAsia="ja-JP"/>
        </w:rPr>
      </w:pPr>
    </w:p>
    <w:p w14:paraId="68B7B1A3" w14:textId="755C38E7" w:rsidR="005C22B3" w:rsidRPr="00CE02D8" w:rsidRDefault="00C3095B" w:rsidP="005C22B3">
      <w:pPr>
        <w:spacing w:before="200" w:after="120"/>
        <w:rPr>
          <w:rFonts w:asciiTheme="majorEastAsia" w:eastAsiaTheme="majorEastAsia" w:hAnsiTheme="majorEastAsia"/>
          <w:bCs/>
          <w:color w:val="000000" w:themeColor="text1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4"/>
          <w:szCs w:val="24"/>
          <w:lang w:eastAsia="ja-JP"/>
        </w:rPr>
        <w:t>６</w:t>
      </w:r>
      <w:r w:rsidR="00CE02D8" w:rsidRPr="00CE02D8">
        <w:rPr>
          <w:rFonts w:asciiTheme="majorEastAsia" w:eastAsiaTheme="majorEastAsia" w:hAnsiTheme="majorEastAsia" w:hint="eastAsia"/>
          <w:bCs/>
          <w:color w:val="000000" w:themeColor="text1"/>
          <w:sz w:val="24"/>
          <w:szCs w:val="24"/>
          <w:lang w:eastAsia="ja-JP"/>
        </w:rPr>
        <w:t xml:space="preserve">　</w:t>
      </w:r>
      <w:r w:rsidR="005C22B3" w:rsidRPr="00CE02D8">
        <w:rPr>
          <w:rFonts w:asciiTheme="majorEastAsia" w:eastAsiaTheme="majorEastAsia" w:hAnsiTheme="majorEastAsia"/>
          <w:bCs/>
          <w:color w:val="000000" w:themeColor="text1"/>
          <w:sz w:val="24"/>
          <w:szCs w:val="24"/>
          <w:lang w:eastAsia="ja-JP"/>
        </w:rPr>
        <w:t>商談・取引希望商材</w:t>
      </w:r>
    </w:p>
    <w:p w14:paraId="6A269C5E" w14:textId="77777777" w:rsidR="005C22B3" w:rsidRPr="00CE02D8" w:rsidRDefault="005C22B3" w:rsidP="005C22B3">
      <w:pPr>
        <w:spacing w:after="80"/>
        <w:rPr>
          <w:rFonts w:asciiTheme="majorEastAsia" w:eastAsiaTheme="majorEastAsia" w:hAnsiTheme="majorEastAsia"/>
          <w:color w:val="000000" w:themeColor="text1"/>
          <w:sz w:val="20"/>
          <w:szCs w:val="20"/>
          <w:lang w:eastAsia="ja-JP"/>
        </w:rPr>
      </w:pPr>
      <w:r w:rsidRPr="00CE02D8">
        <w:rPr>
          <w:rFonts w:asciiTheme="majorEastAsia" w:eastAsiaTheme="majorEastAsia" w:hAnsiTheme="majorEastAsia"/>
          <w:color w:val="000000" w:themeColor="text1"/>
          <w:sz w:val="20"/>
          <w:szCs w:val="20"/>
          <w:lang w:eastAsia="ja-JP"/>
        </w:rPr>
        <w:t>※該当する商材カテゴリごとに、取引希望・可・不可に「〇」をご記入ください。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3108"/>
        <w:gridCol w:w="1844"/>
        <w:gridCol w:w="1844"/>
        <w:gridCol w:w="1844"/>
      </w:tblGrid>
      <w:tr w:rsidR="005C22B3" w:rsidRPr="00CE02D8" w14:paraId="0BA85096" w14:textId="77777777" w:rsidTr="00824E95">
        <w:trPr>
          <w:jc w:val="center"/>
        </w:trPr>
        <w:tc>
          <w:tcPr>
            <w:tcW w:w="3600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9C067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color w:val="FFFFFF"/>
                <w:sz w:val="24"/>
                <w:szCs w:val="24"/>
              </w:rPr>
              <w:t>商材区分</w:t>
            </w:r>
          </w:p>
        </w:tc>
        <w:tc>
          <w:tcPr>
            <w:tcW w:w="2016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70BBB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color w:val="FFFFFF"/>
                <w:sz w:val="24"/>
                <w:szCs w:val="24"/>
              </w:rPr>
              <w:t>取引希望（〇）</w:t>
            </w:r>
          </w:p>
        </w:tc>
        <w:tc>
          <w:tcPr>
            <w:tcW w:w="2016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9D662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color w:val="FFFFFF"/>
                <w:sz w:val="24"/>
                <w:szCs w:val="24"/>
              </w:rPr>
              <w:t>取引可（－）</w:t>
            </w:r>
          </w:p>
        </w:tc>
        <w:tc>
          <w:tcPr>
            <w:tcW w:w="2016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23217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color w:val="FFFFFF"/>
                <w:sz w:val="24"/>
                <w:szCs w:val="24"/>
              </w:rPr>
              <w:t>取引不可（✖）</w:t>
            </w:r>
          </w:p>
        </w:tc>
      </w:tr>
      <w:tr w:rsidR="005C22B3" w:rsidRPr="00CE02D8" w14:paraId="6E92E655" w14:textId="77777777" w:rsidTr="00824E95">
        <w:trPr>
          <w:jc w:val="center"/>
        </w:trPr>
        <w:tc>
          <w:tcPr>
            <w:tcW w:w="3600" w:type="dxa"/>
            <w:shd w:val="clear" w:color="auto" w:fill="F7F9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282EC2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農産品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969F05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5F54C9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449847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  <w:tr w:rsidR="005C22B3" w:rsidRPr="00CE02D8" w14:paraId="6C401CBD" w14:textId="77777777" w:rsidTr="00824E95"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B458A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畜産品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C77FF3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844553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6455E5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  <w:tr w:rsidR="005C22B3" w:rsidRPr="00CE02D8" w14:paraId="5593FAA4" w14:textId="77777777" w:rsidTr="00824E95">
        <w:trPr>
          <w:jc w:val="center"/>
        </w:trPr>
        <w:tc>
          <w:tcPr>
            <w:tcW w:w="3600" w:type="dxa"/>
            <w:shd w:val="clear" w:color="auto" w:fill="F7F9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B63BC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加工食品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4E24D9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E874EC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DA3E47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  <w:tr w:rsidR="005C22B3" w:rsidRPr="00CE02D8" w14:paraId="743AED35" w14:textId="77777777" w:rsidTr="00824E95"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033F0B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地酒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965E30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A8456F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C7FAD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  <w:tr w:rsidR="005C22B3" w:rsidRPr="00CE02D8" w14:paraId="0F3625C0" w14:textId="77777777" w:rsidTr="00824E95">
        <w:trPr>
          <w:jc w:val="center"/>
        </w:trPr>
        <w:tc>
          <w:tcPr>
            <w:tcW w:w="3600" w:type="dxa"/>
            <w:shd w:val="clear" w:color="auto" w:fill="F7F9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AF089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水産品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DA6900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FAE571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0DB9E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  <w:tr w:rsidR="005C22B3" w:rsidRPr="00CE02D8" w14:paraId="5D2B1FD9" w14:textId="77777777" w:rsidTr="00824E95"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2F937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lastRenderedPageBreak/>
              <w:t>菓子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2F6AE1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24008C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35C749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  <w:tr w:rsidR="005C22B3" w:rsidRPr="00CE02D8" w14:paraId="3A62E214" w14:textId="77777777" w:rsidTr="00824E95">
        <w:trPr>
          <w:jc w:val="center"/>
        </w:trPr>
        <w:tc>
          <w:tcPr>
            <w:tcW w:w="3600" w:type="dxa"/>
            <w:shd w:val="clear" w:color="auto" w:fill="F7F9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71A9FD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調味料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326CD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4462CA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7F9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8E8A78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  <w:tr w:rsidR="005C22B3" w:rsidRPr="00CE02D8" w14:paraId="5B4A0E6E" w14:textId="77777777" w:rsidTr="00824E95"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7F3DA" w14:textId="77777777" w:rsidR="005C22B3" w:rsidRPr="00CE02D8" w:rsidRDefault="005C22B3" w:rsidP="00824E9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その他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A2E330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F27EFB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  <w:tc>
          <w:tcPr>
            <w:tcW w:w="20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E3528" w14:textId="77777777" w:rsidR="005C22B3" w:rsidRPr="00CE02D8" w:rsidRDefault="005C22B3" w:rsidP="00824E9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E02D8">
              <w:rPr>
                <w:rFonts w:asciiTheme="majorEastAsia" w:eastAsiaTheme="majorEastAsia" w:hAnsiTheme="majorEastAsia"/>
                <w:color w:val="AAAAAA"/>
                <w:sz w:val="24"/>
                <w:szCs w:val="24"/>
              </w:rPr>
              <w:t>[   ]</w:t>
            </w:r>
          </w:p>
        </w:tc>
      </w:tr>
    </w:tbl>
    <w:p w14:paraId="0EE0479A" w14:textId="77777777" w:rsidR="00C3095B" w:rsidRDefault="00C3095B" w:rsidP="00C3095B">
      <w:pPr>
        <w:rPr>
          <w:rFonts w:asciiTheme="majorEastAsia" w:eastAsiaTheme="majorEastAsia" w:hAnsiTheme="majorEastAsia"/>
          <w:sz w:val="24"/>
          <w:szCs w:val="24"/>
          <w:lang w:eastAsia="ja-JP"/>
        </w:rPr>
      </w:pPr>
    </w:p>
    <w:p w14:paraId="3929BBF0" w14:textId="77777777" w:rsidR="00C3095B" w:rsidRDefault="00C3095B" w:rsidP="00C3095B">
      <w:pPr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７　問い合わせ先</w:t>
      </w:r>
    </w:p>
    <w:p w14:paraId="724EEAF1" w14:textId="77777777" w:rsidR="00C3095B" w:rsidRDefault="00CE02D8" w:rsidP="00C3095B">
      <w:pPr>
        <w:ind w:firstLineChars="200" w:firstLine="48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くまもと県南フードバレー農産物等高付加価値化緊急支援事業事務局</w:t>
      </w:r>
    </w:p>
    <w:p w14:paraId="6DC49DD5" w14:textId="1C562F0F" w:rsidR="00CE02D8" w:rsidRPr="00CE02D8" w:rsidRDefault="00CE02D8" w:rsidP="00C3095B">
      <w:pPr>
        <w:ind w:firstLineChars="200" w:firstLine="48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（株式会社 食文化　担当：井上・</w:t>
      </w:r>
      <w:commentRangeStart w:id="2"/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山﨑</w:t>
      </w:r>
      <w:commentRangeEnd w:id="2"/>
      <w:r w:rsidR="005E4482">
        <w:rPr>
          <w:rStyle w:val="aff"/>
          <w:rFonts w:asciiTheme="majorEastAsia" w:eastAsiaTheme="majorEastAsia" w:hAnsiTheme="majorEastAsia" w:hint="eastAsia"/>
          <w:sz w:val="24"/>
          <w:szCs w:val="24"/>
          <w:lang w:eastAsia="ja-JP"/>
        </w:rPr>
        <w:commentReference w:id="2"/>
      </w:r>
      <w:r w:rsidR="0001783B">
        <w:rPr>
          <w:rFonts w:asciiTheme="majorEastAsia" w:eastAsiaTheme="majorEastAsia" w:hAnsiTheme="majorEastAsia" w:hint="eastAsia"/>
          <w:sz w:val="24"/>
          <w:szCs w:val="24"/>
          <w:lang w:eastAsia="ja-JP"/>
        </w:rPr>
        <w:t>・</w:t>
      </w:r>
      <w:r w:rsidRPr="00CE02D8">
        <w:rPr>
          <w:rFonts w:asciiTheme="majorEastAsia" w:eastAsiaTheme="majorEastAsia" w:hAnsiTheme="majorEastAsia"/>
          <w:sz w:val="24"/>
          <w:szCs w:val="24"/>
          <w:lang w:eastAsia="ja-JP"/>
        </w:rPr>
        <w:t>朝比）</w:t>
      </w:r>
    </w:p>
    <w:p w14:paraId="2AE7EAFE" w14:textId="77777777" w:rsidR="00CE02D8" w:rsidRPr="00CE02D8" w:rsidRDefault="00CE02D8" w:rsidP="00C3095B">
      <w:pPr>
        <w:spacing w:after="80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CE02D8">
        <w:rPr>
          <w:rFonts w:asciiTheme="majorEastAsia" w:eastAsiaTheme="majorEastAsia" w:hAnsiTheme="majorEastAsia"/>
          <w:sz w:val="24"/>
          <w:szCs w:val="24"/>
        </w:rPr>
        <w:t>メール：masahi@shokubunka.co.jp</w:t>
      </w:r>
    </w:p>
    <w:p w14:paraId="1E2EDA6F" w14:textId="77777777" w:rsidR="00CE02D8" w:rsidRPr="00CE02D8" w:rsidRDefault="00CE02D8" w:rsidP="00C3095B">
      <w:pPr>
        <w:spacing w:after="80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CE02D8">
        <w:rPr>
          <w:rFonts w:asciiTheme="majorEastAsia" w:eastAsiaTheme="majorEastAsia" w:hAnsiTheme="majorEastAsia"/>
          <w:sz w:val="24"/>
          <w:szCs w:val="24"/>
        </w:rPr>
        <w:t>電話：050-5371-8638（朝比）</w:t>
      </w:r>
    </w:p>
    <w:p w14:paraId="08EF292C" w14:textId="1E1D5619" w:rsidR="00B02CC6" w:rsidRPr="00CE02D8" w:rsidRDefault="00B02CC6" w:rsidP="005C22B3">
      <w:pPr>
        <w:spacing w:before="160" w:after="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sectPr w:rsidR="00B02CC6" w:rsidRPr="00CE02D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株式会社 食文化4" w:date="2026-10-16T17:05:00Z" w:initials="食株">
    <w:p w14:paraId="79FB7488" w14:textId="77777777" w:rsidR="005E4482" w:rsidRDefault="005E4482" w:rsidP="005E4482">
      <w:pPr>
        <w:pStyle w:val="aff0"/>
      </w:pPr>
      <w:r>
        <w:rPr>
          <w:rStyle w:val="aff"/>
        </w:rPr>
        <w:annotationRef/>
      </w:r>
      <w:r>
        <w:t>2</w:t>
      </w:r>
      <w:r>
        <w:t>時に</w:t>
      </w:r>
    </w:p>
  </w:comment>
  <w:comment w:id="1" w:author="株式会社 食文化4" w:date="2026-10-16T17:05:00Z" w:initials="食株">
    <w:p w14:paraId="053DEC5C" w14:textId="77777777" w:rsidR="005E4482" w:rsidRDefault="005E4482" w:rsidP="005E4482">
      <w:pPr>
        <w:pStyle w:val="aff0"/>
      </w:pPr>
      <w:r>
        <w:rPr>
          <w:rStyle w:val="aff"/>
        </w:rPr>
        <w:annotationRef/>
      </w:r>
      <w:r>
        <w:t>日付入れました</w:t>
      </w:r>
    </w:p>
  </w:comment>
  <w:comment w:id="2" w:author="株式会社 食文化4" w:date="2026-10-16T17:05:00Z" w:initials="食株">
    <w:p w14:paraId="3679E1C4" w14:textId="77777777" w:rsidR="005E4482" w:rsidRDefault="005E4482" w:rsidP="005E4482">
      <w:pPr>
        <w:pStyle w:val="aff0"/>
      </w:pPr>
      <w:r>
        <w:rPr>
          <w:rStyle w:val="aff"/>
        </w:rPr>
        <w:annotationRef/>
      </w:r>
      <w:r>
        <w:t>山﨑さんを加えました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9FB7488" w15:done="0"/>
  <w15:commentEx w15:paraId="053DEC5C" w15:done="0"/>
  <w15:commentEx w15:paraId="3679E1C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0F5D13" w16cex:dateUtc="2026-10-16T08:05:00Z"/>
  <w16cex:commentExtensible w16cex:durableId="6E2A1325" w16cex:dateUtc="2026-10-16T08:05:00Z"/>
  <w16cex:commentExtensible w16cex:durableId="35F41B44" w16cex:dateUtc="2026-10-16T08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FB7488" w16cid:durableId="150F5D13"/>
  <w16cid:commentId w16cid:paraId="053DEC5C" w16cid:durableId="6E2A1325"/>
  <w16cid:commentId w16cid:paraId="3679E1C4" w16cid:durableId="35F41B4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2777841">
    <w:abstractNumId w:val="8"/>
  </w:num>
  <w:num w:numId="2" w16cid:durableId="194316661">
    <w:abstractNumId w:val="6"/>
  </w:num>
  <w:num w:numId="3" w16cid:durableId="694774247">
    <w:abstractNumId w:val="5"/>
  </w:num>
  <w:num w:numId="4" w16cid:durableId="1121455543">
    <w:abstractNumId w:val="4"/>
  </w:num>
  <w:num w:numId="5" w16cid:durableId="1333296338">
    <w:abstractNumId w:val="7"/>
  </w:num>
  <w:num w:numId="6" w16cid:durableId="1232930328">
    <w:abstractNumId w:val="3"/>
  </w:num>
  <w:num w:numId="7" w16cid:durableId="1046569117">
    <w:abstractNumId w:val="2"/>
  </w:num>
  <w:num w:numId="8" w16cid:durableId="101799712">
    <w:abstractNumId w:val="1"/>
  </w:num>
  <w:num w:numId="9" w16cid:durableId="14055720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株式会社 食文化4">
    <w15:presenceInfo w15:providerId="AD" w15:userId="S::tshiromoto@shokubunka1.onmicrosoft.com::d602bb24-4e75-422b-883a-3d5082fbcc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83B"/>
    <w:rsid w:val="00034616"/>
    <w:rsid w:val="0006063C"/>
    <w:rsid w:val="000B06FB"/>
    <w:rsid w:val="000D0033"/>
    <w:rsid w:val="0015074B"/>
    <w:rsid w:val="0029639D"/>
    <w:rsid w:val="002F24CA"/>
    <w:rsid w:val="00326F90"/>
    <w:rsid w:val="005C22B3"/>
    <w:rsid w:val="005E4482"/>
    <w:rsid w:val="00772454"/>
    <w:rsid w:val="00AA1D8D"/>
    <w:rsid w:val="00AD7D8B"/>
    <w:rsid w:val="00B02CC6"/>
    <w:rsid w:val="00B47730"/>
    <w:rsid w:val="00C3095B"/>
    <w:rsid w:val="00CB0664"/>
    <w:rsid w:val="00CE02D8"/>
    <w:rsid w:val="00E134FD"/>
    <w:rsid w:val="00E718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13E5BB"/>
  <w14:defaultImageDpi w14:val="300"/>
  <w15:docId w15:val="{1A86295D-E331-4200-9C68-0CDF2885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3095B"/>
    <w:rPr>
      <w:rFonts w:ascii="メイリオ" w:hAnsi="メイリオ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annotation reference"/>
    <w:basedOn w:val="a2"/>
    <w:uiPriority w:val="99"/>
    <w:semiHidden/>
    <w:unhideWhenUsed/>
    <w:rsid w:val="005E4482"/>
    <w:rPr>
      <w:sz w:val="18"/>
      <w:szCs w:val="18"/>
    </w:rPr>
  </w:style>
  <w:style w:type="paragraph" w:styleId="aff0">
    <w:name w:val="annotation text"/>
    <w:basedOn w:val="a1"/>
    <w:link w:val="aff1"/>
    <w:uiPriority w:val="99"/>
    <w:unhideWhenUsed/>
    <w:rsid w:val="005E4482"/>
  </w:style>
  <w:style w:type="character" w:customStyle="1" w:styleId="aff1">
    <w:name w:val="コメント文字列 (文字)"/>
    <w:basedOn w:val="a2"/>
    <w:link w:val="aff0"/>
    <w:uiPriority w:val="99"/>
    <w:rsid w:val="005E4482"/>
    <w:rPr>
      <w:rFonts w:ascii="メイリオ" w:hAnsi="メイリオ"/>
      <w:sz w:val="21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E4482"/>
    <w:rPr>
      <w:b/>
      <w:bCs/>
    </w:rPr>
  </w:style>
  <w:style w:type="character" w:customStyle="1" w:styleId="aff3">
    <w:name w:val="コメント内容 (文字)"/>
    <w:basedOn w:val="aff1"/>
    <w:link w:val="aff2"/>
    <w:uiPriority w:val="99"/>
    <w:semiHidden/>
    <w:rsid w:val="005E4482"/>
    <w:rPr>
      <w:rFonts w:ascii="メイリオ" w:hAnsi="メイリオ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株式会社 食文化4</cp:lastModifiedBy>
  <cp:revision>3</cp:revision>
  <dcterms:created xsi:type="dcterms:W3CDTF">2026-10-16T08:04:00Z</dcterms:created>
  <dcterms:modified xsi:type="dcterms:W3CDTF">2026-10-16T08:05:00Z</dcterms:modified>
  <cp:category/>
</cp:coreProperties>
</file>